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9354" w:val="right"/>
        </w:tabs>
        <w:spacing w:after="0"/>
      </w:pPr>
      <w:r>
        <w:rPr>
          <w:rFonts w:ascii="Arial" w:hAnsi="Arial"/>
          <w:b/>
          <w:color w:val="1F1F1F"/>
          <w:sz w:val="26"/>
          <w:shd w:val="clear" w:color="auto" w:fill="fff0a6"/>
        </w:rPr>
        <w:t>[Name der Schule]</w:t>
      </w:r>
      <w:r>
        <w:rPr>
          <w:rFonts w:ascii="Arial" w:hAnsi="Arial"/>
          <w:b/>
          <w:color w:val="1F1F1F"/>
          <w:sz w:val="26"/>
        </w:rPr>
        <w:tab/>
      </w:r>
      <w:r>
        <w:rPr>
          <w:rFonts w:ascii="Arial" w:hAnsi="Arial"/>
          <w:b w:val="0"/>
          <w:color w:val="1F1F1F"/>
          <w:sz w:val="18"/>
          <w:shd w:val="clear" w:color="auto" w:fill="fff0a6"/>
        </w:rPr>
        <w:t>[Platz für das Schullogo]</w:t>
      </w:r>
    </w:p>
    <w:p>
      <w:pPr>
        <w:spacing w:after="0"/>
      </w:pPr>
      <w:r>
        <w:rPr>
          <w:rFonts w:ascii="Arial" w:hAnsi="Arial"/>
          <w:b w:val="0"/>
          <w:color w:val="1F1F1F"/>
          <w:sz w:val="18"/>
          <w:shd w:val="clear" w:color="auto" w:fill="fff0a6"/>
        </w:rPr>
        <w:t>[Straße und Hausnummer]</w:t>
      </w:r>
      <w:r>
        <w:rPr>
          <w:rFonts w:ascii="Arial" w:hAnsi="Arial"/>
          <w:b w:val="0"/>
          <w:color w:val="5F6368"/>
          <w:sz w:val="18"/>
        </w:rPr>
        <w:t xml:space="preserve">, </w:t>
      </w:r>
      <w:r>
        <w:rPr>
          <w:rFonts w:ascii="Arial" w:hAnsi="Arial"/>
          <w:b w:val="0"/>
          <w:color w:val="1F1F1F"/>
          <w:sz w:val="18"/>
          <w:shd w:val="clear" w:color="auto" w:fill="fff0a6"/>
        </w:rPr>
        <w:t>[PLZ Ort]</w:t>
      </w:r>
    </w:p>
    <w:p>
      <w:pPr>
        <w:spacing w:after="280"/>
        <w:pBdr>
          <w:bottom w:val="single" w:sz="12" w:space="4" w:color="338b24"/>
        </w:pBdr>
      </w:pPr>
      <w:r>
        <w:rPr>
          <w:rFonts w:ascii="Arial" w:hAnsi="Arial"/>
          <w:b w:val="0"/>
          <w:color w:val="5F6368"/>
          <w:sz w:val="18"/>
        </w:rPr>
        <w:t xml:space="preserve">Telefon </w:t>
      </w:r>
      <w:r>
        <w:rPr>
          <w:rFonts w:ascii="Arial" w:hAnsi="Arial"/>
          <w:b w:val="0"/>
          <w:color w:val="1F1F1F"/>
          <w:sz w:val="18"/>
          <w:shd w:val="clear" w:color="auto" w:fill="fff0a6"/>
        </w:rPr>
        <w:t>[Nummer]</w:t>
      </w:r>
      <w:r>
        <w:rPr>
          <w:rFonts w:ascii="Arial" w:hAnsi="Arial"/>
          <w:b w:val="0"/>
          <w:color w:val="5F6368"/>
          <w:sz w:val="18"/>
        </w:rPr>
        <w:t xml:space="preserve">, </w:t>
      </w:r>
      <w:r>
        <w:rPr>
          <w:rFonts w:ascii="Arial" w:hAnsi="Arial"/>
          <w:b w:val="0"/>
          <w:color w:val="1F1F1F"/>
          <w:sz w:val="18"/>
          <w:shd w:val="clear" w:color="auto" w:fill="fff0a6"/>
        </w:rPr>
        <w:t>[E-Mail-Adresse der Schule]</w:t>
      </w:r>
    </w:p>
    <w:p>
      <w:pPr>
        <w:spacing w:after="320"/>
        <w:jc w:val="right"/>
      </w:pPr>
      <w:r>
        <w:rPr>
          <w:rFonts w:ascii="Arial" w:hAnsi="Arial"/>
          <w:b w:val="0"/>
          <w:color w:val="1F1F1F"/>
          <w:sz w:val="21"/>
          <w:shd w:val="clear" w:color="auto" w:fill="fff0a6"/>
        </w:rPr>
        <w:t>[Ort]</w:t>
      </w:r>
      <w:r>
        <w:rPr>
          <w:rFonts w:ascii="Arial" w:hAnsi="Arial"/>
          <w:b w:val="0"/>
          <w:color w:val="1F1F1F"/>
          <w:sz w:val="21"/>
        </w:rPr>
        <w:t xml:space="preserve">,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[Datum]</w:t>
      </w:r>
    </w:p>
    <w:p>
      <w:pPr>
        <w:spacing w:after="240"/>
      </w:pPr>
      <w:r>
        <w:rPr>
          <w:rFonts w:ascii="Arial" w:hAnsi="Arial"/>
          <w:b/>
          <w:color w:val="1F1F1F"/>
          <w:sz w:val="23"/>
        </w:rPr>
        <w:t xml:space="preserve">Betreff: Einladung zum Elternabend der </w:t>
      </w:r>
      <w:r>
        <w:rPr>
          <w:rFonts w:ascii="Arial" w:hAnsi="Arial"/>
          <w:b/>
          <w:color w:val="1F1F1F"/>
          <w:sz w:val="23"/>
          <w:shd w:val="clear" w:color="auto" w:fill="fff0a6"/>
        </w:rPr>
        <w:t>[Klasse]</w:t>
      </w:r>
      <w:r>
        <w:rPr>
          <w:rFonts w:ascii="Arial" w:hAnsi="Arial"/>
          <w:b/>
          <w:color w:val="1F1F1F"/>
          <w:sz w:val="23"/>
        </w:rPr>
        <w:t xml:space="preserve"> am </w:t>
      </w:r>
      <w:r>
        <w:rPr>
          <w:rFonts w:ascii="Arial" w:hAnsi="Arial"/>
          <w:b/>
          <w:color w:val="1F1F1F"/>
          <w:sz w:val="23"/>
          <w:shd w:val="clear" w:color="auto" w:fill="fff0a6"/>
        </w:rPr>
        <w:t>[Datum]</w:t>
      </w:r>
    </w:p>
    <w:p>
      <w:pPr>
        <w:spacing w:after="160"/>
      </w:pPr>
      <w:r>
        <w:rPr>
          <w:rFonts w:ascii="Arial" w:hAnsi="Arial"/>
          <w:b w:val="0"/>
          <w:color w:val="1F1F1F"/>
          <w:sz w:val="21"/>
        </w:rPr>
        <w:t xml:space="preserve">Liebe Eltern der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[Klasse]</w:t>
      </w:r>
      <w:r>
        <w:rPr>
          <w:rFonts w:ascii="Arial" w:hAnsi="Arial"/>
          <w:b w:val="0"/>
          <w:color w:val="1F1F1F"/>
          <w:sz w:val="21"/>
        </w:rPr>
        <w:t>,</w:t>
      </w:r>
    </w:p>
    <w:p>
      <w:pPr>
        <w:spacing w:after="0"/>
      </w:pPr>
      <w:r>
        <w:rPr>
          <w:rFonts w:ascii="Arial" w:hAnsi="Arial"/>
          <w:b w:val="0"/>
          <w:color w:val="1F1F1F"/>
          <w:sz w:val="21"/>
        </w:rPr>
        <w:t>ich lade Sie herzlich zum Elternabend ein.</w:t>
      </w:r>
    </w:p>
    <w:p>
      <w:pPr>
        <w:spacing w:after="0"/>
      </w:pPr>
      <w:r>
        <w:rPr>
          <w:rFonts w:ascii="Arial" w:hAnsi="Arial"/>
          <w:b w:val="0"/>
          <w:color w:val="1F1F1F"/>
          <w:sz w:val="21"/>
        </w:rPr>
        <w:t xml:space="preserve">Wann: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[Wochentag, Datum]</w:t>
      </w:r>
      <w:r>
        <w:rPr>
          <w:rFonts w:ascii="Arial" w:hAnsi="Arial"/>
          <w:b w:val="0"/>
          <w:color w:val="1F1F1F"/>
          <w:sz w:val="21"/>
        </w:rPr>
        <w:t xml:space="preserve">,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[Uhrzeit]</w:t>
      </w:r>
      <w:r>
        <w:rPr>
          <w:rFonts w:ascii="Arial" w:hAnsi="Arial"/>
          <w:b w:val="0"/>
          <w:color w:val="1F1F1F"/>
          <w:sz w:val="21"/>
        </w:rPr>
        <w:t xml:space="preserve"> bis etwa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[Uhrzeit]</w:t>
      </w:r>
    </w:p>
    <w:p>
      <w:pPr>
        <w:spacing w:after="160"/>
      </w:pPr>
      <w:r>
        <w:rPr>
          <w:rFonts w:ascii="Arial" w:hAnsi="Arial"/>
          <w:b w:val="0"/>
          <w:color w:val="1F1F1F"/>
          <w:sz w:val="21"/>
        </w:rPr>
        <w:t xml:space="preserve">Wo: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[Raum, Gebäude, Eingang]</w:t>
      </w:r>
    </w:p>
    <w:p>
      <w:pPr>
        <w:spacing w:after="0"/>
      </w:pPr>
      <w:r>
        <w:rPr>
          <w:rFonts w:ascii="Arial" w:hAnsi="Arial"/>
          <w:b w:val="0"/>
          <w:color w:val="1F1F1F"/>
          <w:sz w:val="21"/>
        </w:rPr>
        <w:t>Tagesordnung:</w:t>
      </w:r>
    </w:p>
    <w:p>
      <w:pPr>
        <w:spacing w:after="0"/>
      </w:pPr>
      <w:r>
        <w:rPr>
          <w:rFonts w:ascii="Arial" w:hAnsi="Arial"/>
          <w:b w:val="0"/>
          <w:color w:val="1F1F1F"/>
          <w:sz w:val="21"/>
        </w:rPr>
        <w:t>1. Begrüßung und Kennenlernen</w:t>
      </w:r>
    </w:p>
    <w:p>
      <w:pPr>
        <w:spacing w:after="0"/>
      </w:pPr>
      <w:r>
        <w:rPr>
          <w:rFonts w:ascii="Arial" w:hAnsi="Arial"/>
          <w:b w:val="0"/>
          <w:color w:val="1F1F1F"/>
          <w:sz w:val="21"/>
        </w:rPr>
        <w:t>2. Rückblick und Ausblick auf das Halbjahr</w:t>
      </w:r>
    </w:p>
    <w:p>
      <w:pPr>
        <w:spacing w:after="0"/>
      </w:pPr>
      <w:r>
        <w:rPr>
          <w:rFonts w:ascii="Arial" w:hAnsi="Arial"/>
          <w:b w:val="0"/>
          <w:color w:val="1F1F1F"/>
          <w:sz w:val="21"/>
        </w:rPr>
        <w:t xml:space="preserve">3. Termine: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[Klassenfahrt, Wandertag, Elternsprechtag]</w:t>
      </w:r>
    </w:p>
    <w:p>
      <w:pPr>
        <w:spacing w:after="0"/>
      </w:pPr>
      <w:r>
        <w:rPr>
          <w:rFonts w:ascii="Arial" w:hAnsi="Arial"/>
          <w:b w:val="0"/>
          <w:color w:val="1F1F1F"/>
          <w:sz w:val="21"/>
        </w:rPr>
        <w:t xml:space="preserve">4. Wahl der Klassenelternvertretung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[falls sie ansteht]</w:t>
      </w:r>
    </w:p>
    <w:p>
      <w:pPr>
        <w:spacing w:after="160"/>
      </w:pPr>
      <w:r>
        <w:rPr>
          <w:rFonts w:ascii="Arial" w:hAnsi="Arial"/>
          <w:b w:val="0"/>
          <w:color w:val="1F1F1F"/>
          <w:sz w:val="21"/>
        </w:rPr>
        <w:t>5. Ihre Fragen</w:t>
      </w:r>
    </w:p>
    <w:p>
      <w:pPr>
        <w:spacing w:after="160"/>
      </w:pPr>
      <w:r>
        <w:rPr>
          <w:rFonts w:ascii="Arial" w:hAnsi="Arial"/>
          <w:b w:val="0"/>
          <w:color w:val="1F1F1F"/>
          <w:sz w:val="21"/>
        </w:rPr>
        <w:t xml:space="preserve">Haben Sie ein Thema für die Tagesordnung, schreiben Sie mir bis zum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[Datum]</w:t>
      </w:r>
      <w:r>
        <w:rPr>
          <w:rFonts w:ascii="Arial" w:hAnsi="Arial"/>
          <w:b w:val="0"/>
          <w:color w:val="1F1F1F"/>
          <w:sz w:val="21"/>
        </w:rPr>
        <w:t>. Fragen zu Ihrem Kind besprechen wir gern in einem eigenen Gespräch.</w:t>
      </w:r>
    </w:p>
    <w:p>
      <w:pPr>
        <w:spacing w:after="0"/>
      </w:pPr>
      <w:r>
        <w:rPr>
          <w:rFonts w:ascii="Arial" w:hAnsi="Arial"/>
          <w:b w:val="0"/>
          <w:color w:val="1F1F1F"/>
          <w:sz w:val="21"/>
        </w:rPr>
        <w:t>Mit freundlichen Grüßen</w:t>
      </w:r>
    </w:p>
    <w:p>
      <w:pPr>
        <w:spacing w:after="160"/>
      </w:pPr>
      <w:r>
        <w:rPr>
          <w:rFonts w:ascii="Arial" w:hAnsi="Arial"/>
          <w:b w:val="0"/>
          <w:color w:val="1F1F1F"/>
          <w:sz w:val="21"/>
          <w:shd w:val="clear" w:color="auto" w:fill="fff0a6"/>
        </w:rPr>
        <w:t>[Name]</w:t>
      </w:r>
      <w:r>
        <w:rPr>
          <w:rFonts w:ascii="Arial" w:hAnsi="Arial"/>
          <w:b w:val="0"/>
          <w:color w:val="1F1F1F"/>
          <w:sz w:val="21"/>
        </w:rPr>
        <w:t>, Klassenleitung</w:t>
      </w:r>
    </w:p>
    <w:p>
      <w:pPr>
        <w:spacing w:after="200"/>
        <w:pBdr>
          <w:bottom w:val="dashed" w:sz="6" w:space="4" w:color="9a9a9a"/>
        </w:pBdr>
      </w:pPr>
      <w:r>
        <w:rPr>
          <w:rFonts w:ascii="Arial" w:hAnsi="Arial"/>
          <w:b w:val="0"/>
          <w:color w:val="5F6368"/>
          <w:sz w:val="16"/>
        </w:rPr>
        <w:t>hier abtrennen</w:t>
      </w:r>
    </w:p>
    <w:p>
      <w:pPr>
        <w:spacing w:after="140"/>
      </w:pPr>
      <w:r>
        <w:rPr>
          <w:rFonts w:ascii="Arial" w:hAnsi="Arial"/>
          <w:b/>
          <w:color w:val="1F1F1F"/>
          <w:sz w:val="20"/>
        </w:rPr>
        <w:t xml:space="preserve">Rückmeldung zum Elternabend der </w:t>
      </w:r>
      <w:r>
        <w:rPr>
          <w:rFonts w:ascii="Arial" w:hAnsi="Arial"/>
          <w:b/>
          <w:color w:val="1F1F1F"/>
          <w:sz w:val="20"/>
          <w:shd w:val="clear" w:color="auto" w:fill="fff0a6"/>
        </w:rPr>
        <w:t>[Klasse]</w:t>
      </w:r>
      <w:r>
        <w:rPr>
          <w:rFonts w:ascii="Arial" w:hAnsi="Arial"/>
          <w:b/>
          <w:color w:val="1F1F1F"/>
          <w:sz w:val="20"/>
        </w:rPr>
        <w:t xml:space="preserve"> am </w:t>
      </w:r>
      <w:r>
        <w:rPr>
          <w:rFonts w:ascii="Arial" w:hAnsi="Arial"/>
          <w:b/>
          <w:color w:val="1F1F1F"/>
          <w:sz w:val="20"/>
          <w:shd w:val="clear" w:color="auto" w:fill="fff0a6"/>
        </w:rPr>
        <w:t>[Datum]</w:t>
      </w:r>
      <w:r>
        <w:rPr>
          <w:rFonts w:ascii="Arial" w:hAnsi="Arial"/>
          <w:b/>
          <w:color w:val="1F1F1F"/>
          <w:sz w:val="20"/>
        </w:rPr>
        <w:t xml:space="preserve">, bitte bis </w:t>
      </w:r>
      <w:r>
        <w:rPr>
          <w:rFonts w:ascii="Arial" w:hAnsi="Arial"/>
          <w:b/>
          <w:color w:val="1F1F1F"/>
          <w:sz w:val="20"/>
          <w:shd w:val="clear" w:color="auto" w:fill="fff0a6"/>
        </w:rPr>
        <w:t>[Datum]</w:t>
      </w:r>
      <w:r>
        <w:rPr>
          <w:rFonts w:ascii="Arial" w:hAnsi="Arial"/>
          <w:b/>
          <w:color w:val="1F1F1F"/>
          <w:sz w:val="20"/>
        </w:rPr>
        <w:t xml:space="preserve"> zurückgeben</w:t>
      </w:r>
    </w:p>
    <w:p>
      <w:pPr>
        <w:spacing w:after="140"/>
      </w:pPr>
      <w:r>
        <w:rPr>
          <w:rFonts w:ascii="Arial" w:hAnsi="Arial"/>
          <w:b w:val="0"/>
          <w:color w:val="1F1F1F"/>
          <w:sz w:val="20"/>
        </w:rPr>
        <w:t>Name des Kindes: ______________________________   Klasse: ________</w:t>
      </w:r>
    </w:p>
    <w:p>
      <w:pPr>
        <w:spacing w:after="140"/>
      </w:pPr>
      <w:r>
        <w:rPr>
          <w:rFonts w:ascii="Arial" w:hAnsi="Arial"/>
          <w:b w:val="0"/>
          <w:color w:val="1F1F1F"/>
          <w:sz w:val="20"/>
        </w:rPr>
        <w:t xml:space="preserve">☐  Ich komme / wir kommen mit </w:t>
      </w:r>
      <w:r>
        <w:rPr>
          <w:rFonts w:ascii="Arial" w:hAnsi="Arial"/>
          <w:b w:val="0"/>
          <w:color w:val="1F1F1F"/>
          <w:sz w:val="20"/>
          <w:shd w:val="clear" w:color="auto" w:fill="fff0a6"/>
        </w:rPr>
        <w:t>[Anzahl]</w:t>
      </w:r>
      <w:r>
        <w:rPr>
          <w:rFonts w:ascii="Arial" w:hAnsi="Arial"/>
          <w:b w:val="0"/>
          <w:color w:val="1F1F1F"/>
          <w:sz w:val="20"/>
        </w:rPr>
        <w:t xml:space="preserve"> Personen.</w:t>
      </w:r>
    </w:p>
    <w:p>
      <w:pPr>
        <w:spacing w:after="140"/>
      </w:pPr>
      <w:r>
        <w:rPr>
          <w:rFonts w:ascii="Arial" w:hAnsi="Arial"/>
          <w:b w:val="0"/>
          <w:color w:val="1F1F1F"/>
          <w:sz w:val="20"/>
        </w:rPr>
        <w:t>☐  Ich kann leider nicht kommen.</w:t>
      </w:r>
    </w:p>
    <w:p>
      <w:pPr>
        <w:spacing w:after="140"/>
      </w:pPr>
      <w:r>
        <w:rPr>
          <w:rFonts w:ascii="Arial" w:hAnsi="Arial"/>
          <w:b w:val="0"/>
          <w:color w:val="1F1F1F"/>
          <w:sz w:val="20"/>
        </w:rPr>
        <w:t>Datum, Unterschrift: ______________________________</w:t>
      </w:r>
    </w:p>
    <w:sectPr w:rsidR="00FC693F" w:rsidRPr="0006063C" w:rsidSect="00034616">
      <w:footerReference w:type="default" r:id="rId9"/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drawing>
        <wp:inline xmlns:a="http://schemas.openxmlformats.org/drawingml/2006/main" xmlns:pic="http://schemas.openxmlformats.org/drawingml/2006/picture">
          <wp:extent cx="684000" cy="19116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4000" cy="191162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color w:val="5F6368"/>
        <w:sz w:val="15"/>
      </w:rPr>
      <w:t xml:space="preserve">   Vorlage von edjufy.com, der Schulplattform mit digitalem Elternbrief: edjufy.com/de/funktionen/digitaler-elternbrief-versand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Einladung zum Elternabend</dc:title>
  <dc:subject/>
  <dc:creator>edjufy.com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