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354" w:val="right"/>
        </w:tabs>
        <w:spacing w:after="0"/>
      </w:pPr>
      <w:r>
        <w:rPr>
          <w:rFonts w:ascii="Arial" w:hAnsi="Arial"/>
          <w:b/>
          <w:color w:val="1F1F1F"/>
          <w:sz w:val="26"/>
          <w:shd w:val="clear" w:color="auto" w:fill="fff0a6"/>
        </w:rPr>
        <w:t>[Name der Schule]</w:t>
      </w:r>
      <w:r>
        <w:rPr>
          <w:rFonts w:ascii="Arial" w:hAnsi="Arial"/>
          <w:b/>
          <w:color w:val="1F1F1F"/>
          <w:sz w:val="26"/>
        </w:rPr>
        <w:tab/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[Platz für das Schullogo]</w:t>
      </w:r>
    </w:p>
    <w:p>
      <w:pPr>
        <w:spacing w:after="0"/>
      </w:pPr>
      <w:r>
        <w:rPr>
          <w:rFonts w:ascii="Arial" w:hAnsi="Arial"/>
          <w:b w:val="0"/>
          <w:color w:val="1F1F1F"/>
          <w:sz w:val="18"/>
          <w:shd w:val="clear" w:color="auto" w:fill="fff0a6"/>
        </w:rPr>
        <w:t>[Straße und Hausnummer]</w:t>
      </w:r>
      <w:r>
        <w:rPr>
          <w:rFonts w:ascii="Arial" w:hAnsi="Arial"/>
          <w:b w:val="0"/>
          <w:color w:val="5F6368"/>
          <w:sz w:val="18"/>
        </w:rPr>
        <w:t xml:space="preserve">,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[PLZ Ort]</w:t>
      </w:r>
    </w:p>
    <w:p>
      <w:pPr>
        <w:spacing w:after="280"/>
        <w:pBdr>
          <w:bottom w:val="single" w:sz="12" w:space="4" w:color="338b24"/>
        </w:pBdr>
      </w:pPr>
      <w:r>
        <w:rPr>
          <w:rFonts w:ascii="Arial" w:hAnsi="Arial"/>
          <w:b w:val="0"/>
          <w:color w:val="5F6368"/>
          <w:sz w:val="18"/>
        </w:rPr>
        <w:t xml:space="preserve">Telefon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[Nummer]</w:t>
      </w:r>
      <w:r>
        <w:rPr>
          <w:rFonts w:ascii="Arial" w:hAnsi="Arial"/>
          <w:b w:val="0"/>
          <w:color w:val="5F6368"/>
          <w:sz w:val="18"/>
        </w:rPr>
        <w:t xml:space="preserve">,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[E-Mail-Adresse der Schule]</w:t>
      </w:r>
    </w:p>
    <w:p>
      <w:pPr>
        <w:spacing w:after="320"/>
        <w:jc w:val="right"/>
      </w:pPr>
      <w:r>
        <w:rPr>
          <w:rFonts w:ascii="Arial" w:hAnsi="Arial"/>
          <w:b w:val="0"/>
          <w:color w:val="1F1F1F"/>
          <w:sz w:val="21"/>
          <w:shd w:val="clear" w:color="auto" w:fill="fff0a6"/>
        </w:rPr>
        <w:t>[Ort]</w:t>
      </w:r>
      <w:r>
        <w:rPr>
          <w:rFonts w:ascii="Arial" w:hAnsi="Arial"/>
          <w:b w:val="0"/>
          <w:color w:val="1F1F1F"/>
          <w:sz w:val="21"/>
        </w:rPr>
        <w:t xml:space="preserve">,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</w:p>
    <w:p>
      <w:pPr>
        <w:spacing w:after="240"/>
      </w:pPr>
      <w:r>
        <w:rPr>
          <w:rFonts w:ascii="Arial" w:hAnsi="Arial"/>
          <w:b/>
          <w:color w:val="1F1F1F"/>
          <w:sz w:val="23"/>
        </w:rPr>
        <w:t xml:space="preserve">Betreff: Klassenfahrt der </w:t>
      </w:r>
      <w:r>
        <w:rPr>
          <w:rFonts w:ascii="Arial" w:hAnsi="Arial"/>
          <w:b/>
          <w:color w:val="1F1F1F"/>
          <w:sz w:val="23"/>
          <w:shd w:val="clear" w:color="auto" w:fill="fff0a6"/>
        </w:rPr>
        <w:t>[Klasse]</w:t>
      </w:r>
      <w:r>
        <w:rPr>
          <w:rFonts w:ascii="Arial" w:hAnsi="Arial"/>
          <w:b/>
          <w:color w:val="1F1F1F"/>
          <w:sz w:val="23"/>
        </w:rPr>
        <w:t xml:space="preserve"> nach </w:t>
      </w:r>
      <w:r>
        <w:rPr>
          <w:rFonts w:ascii="Arial" w:hAnsi="Arial"/>
          <w:b/>
          <w:color w:val="1F1F1F"/>
          <w:sz w:val="23"/>
          <w:shd w:val="clear" w:color="auto" w:fill="fff0a6"/>
        </w:rPr>
        <w:t>[Ziel]</w:t>
      </w:r>
      <w:r>
        <w:rPr>
          <w:rFonts w:ascii="Arial" w:hAnsi="Arial"/>
          <w:b/>
          <w:color w:val="1F1F1F"/>
          <w:sz w:val="23"/>
        </w:rPr>
        <w:t xml:space="preserve"> vom </w:t>
      </w:r>
      <w:r>
        <w:rPr>
          <w:rFonts w:ascii="Arial" w:hAnsi="Arial"/>
          <w:b/>
          <w:color w:val="1F1F1F"/>
          <w:sz w:val="23"/>
          <w:shd w:val="clear" w:color="auto" w:fill="fff0a6"/>
        </w:rPr>
        <w:t>[Datum]</w:t>
      </w:r>
      <w:r>
        <w:rPr>
          <w:rFonts w:ascii="Arial" w:hAnsi="Arial"/>
          <w:b/>
          <w:color w:val="1F1F1F"/>
          <w:sz w:val="23"/>
        </w:rPr>
        <w:t xml:space="preserve"> bis </w:t>
      </w:r>
      <w:r>
        <w:rPr>
          <w:rFonts w:ascii="Arial" w:hAnsi="Arial"/>
          <w:b/>
          <w:color w:val="1F1F1F"/>
          <w:sz w:val="23"/>
          <w:shd w:val="clear" w:color="auto" w:fill="fff0a6"/>
        </w:rPr>
        <w:t>[Datum]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Liebe Eltern der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[Klasse]</w:t>
      </w:r>
      <w:r>
        <w:rPr>
          <w:rFonts w:ascii="Arial" w:hAnsi="Arial"/>
          <w:b w:val="0"/>
          <w:color w:val="1F1F1F"/>
          <w:sz w:val="21"/>
        </w:rPr>
        <w:t>,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vom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1"/>
        </w:rPr>
        <w:t xml:space="preserve"> bis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1"/>
        </w:rPr>
        <w:t xml:space="preserve"> fährt unsere Klasse nach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[Ziel]</w:t>
      </w:r>
      <w:r>
        <w:rPr>
          <w:rFonts w:ascii="Arial" w:hAnsi="Arial"/>
          <w:b w:val="0"/>
          <w:color w:val="1F1F1F"/>
          <w:sz w:val="21"/>
        </w:rPr>
        <w:t xml:space="preserve">. Wir übernachten in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[Unterkunft]</w:t>
      </w:r>
      <w:r>
        <w:rPr>
          <w:rFonts w:ascii="Arial" w:hAnsi="Arial"/>
          <w:b w:val="0"/>
          <w:color w:val="1F1F1F"/>
          <w:sz w:val="21"/>
        </w:rPr>
        <w:t xml:space="preserve"> und sind mit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[Verkehrsmittel]</w:t>
      </w:r>
      <w:r>
        <w:rPr>
          <w:rFonts w:ascii="Arial" w:hAnsi="Arial"/>
          <w:b w:val="0"/>
          <w:color w:val="1F1F1F"/>
          <w:sz w:val="21"/>
        </w:rPr>
        <w:t xml:space="preserve"> unterwegs. Begleitet wird die Klasse von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[Name]</w:t>
      </w:r>
      <w:r>
        <w:rPr>
          <w:rFonts w:ascii="Arial" w:hAnsi="Arial"/>
          <w:b w:val="0"/>
          <w:color w:val="1F1F1F"/>
          <w:sz w:val="21"/>
        </w:rPr>
        <w:t xml:space="preserve"> und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[Name]</w:t>
      </w:r>
      <w:r>
        <w:rPr>
          <w:rFonts w:ascii="Arial" w:hAnsi="Arial"/>
          <w:b w:val="0"/>
          <w:color w:val="1F1F1F"/>
          <w:sz w:val="21"/>
        </w:rPr>
        <w:t>.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Die Fahrt kostet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[Betrag]</w:t>
      </w:r>
      <w:r>
        <w:rPr>
          <w:rFonts w:ascii="Arial" w:hAnsi="Arial"/>
          <w:b w:val="0"/>
          <w:color w:val="1F1F1F"/>
          <w:sz w:val="21"/>
        </w:rPr>
        <w:t xml:space="preserve"> € pro Kind. Darin enthalten sind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[Fahrt, Unterkunft, Verpflegung, Programm]</w:t>
      </w:r>
      <w:r>
        <w:rPr>
          <w:rFonts w:ascii="Arial" w:hAnsi="Arial"/>
          <w:b w:val="0"/>
          <w:color w:val="1F1F1F"/>
          <w:sz w:val="21"/>
        </w:rPr>
        <w:t xml:space="preserve">. Bitte überweisen Sie bis zum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1"/>
        </w:rPr>
        <w:t xml:space="preserve"> eine Anzahlung von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[Betrag]</w:t>
      </w:r>
      <w:r>
        <w:rPr>
          <w:rFonts w:ascii="Arial" w:hAnsi="Arial"/>
          <w:b w:val="0"/>
          <w:color w:val="1F1F1F"/>
          <w:sz w:val="21"/>
        </w:rPr>
        <w:t xml:space="preserve"> € auf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[Konto der Schule]</w:t>
      </w:r>
      <w:r>
        <w:rPr>
          <w:rFonts w:ascii="Arial" w:hAnsi="Arial"/>
          <w:b w:val="0"/>
          <w:color w:val="1F1F1F"/>
          <w:sz w:val="21"/>
        </w:rPr>
        <w:t xml:space="preserve">, Verwendungszweck: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[Klasse, Name des Kindes]</w:t>
      </w:r>
      <w:r>
        <w:rPr>
          <w:rFonts w:ascii="Arial" w:hAnsi="Arial"/>
          <w:b w:val="0"/>
          <w:color w:val="1F1F1F"/>
          <w:sz w:val="21"/>
        </w:rPr>
        <w:t>. Wenn die Kosten für Ihre Familie schwierig sind, sprechen Sie mich bitte vertraulich an.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Bitte geben Sie den Abschnitt unten bis zum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1"/>
        </w:rPr>
        <w:t xml:space="preserve"> zurück. Eine Packliste und die Abfahrtszeit schicke ich Ihnen zwei Wochen vor der Fahrt.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</w:rPr>
        <w:t>Mit freundlichen Grüßen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  <w:shd w:val="clear" w:color="auto" w:fill="fff0a6"/>
        </w:rPr>
        <w:t>[Name]</w:t>
      </w:r>
      <w:r>
        <w:rPr>
          <w:rFonts w:ascii="Arial" w:hAnsi="Arial"/>
          <w:b w:val="0"/>
          <w:color w:val="1F1F1F"/>
          <w:sz w:val="21"/>
        </w:rPr>
        <w:t xml:space="preserve">, Klassenleitung,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[dienstlicher Kontaktweg]</w:t>
      </w:r>
    </w:p>
    <w:p>
      <w:pPr>
        <w:spacing w:after="200"/>
        <w:pBdr>
          <w:bottom w:val="dashed" w:sz="6" w:space="4" w:color="9a9a9a"/>
        </w:pBdr>
      </w:pPr>
      <w:r>
        <w:rPr>
          <w:rFonts w:ascii="Arial" w:hAnsi="Arial"/>
          <w:b w:val="0"/>
          <w:color w:val="5F6368"/>
          <w:sz w:val="16"/>
        </w:rPr>
        <w:t>hier abtrennen</w:t>
      </w:r>
    </w:p>
    <w:p>
      <w:pPr>
        <w:spacing w:after="140"/>
      </w:pPr>
      <w:r>
        <w:rPr>
          <w:rFonts w:ascii="Arial" w:hAnsi="Arial"/>
          <w:b/>
          <w:color w:val="1F1F1F"/>
          <w:sz w:val="20"/>
        </w:rPr>
        <w:t xml:space="preserve">Rückmeldung zur Klassenfahrt der </w:t>
      </w:r>
      <w:r>
        <w:rPr>
          <w:rFonts w:ascii="Arial" w:hAnsi="Arial"/>
          <w:b/>
          <w:color w:val="1F1F1F"/>
          <w:sz w:val="20"/>
          <w:shd w:val="clear" w:color="auto" w:fill="fff0a6"/>
        </w:rPr>
        <w:t>[Klasse]</w:t>
      </w:r>
      <w:r>
        <w:rPr>
          <w:rFonts w:ascii="Arial" w:hAnsi="Arial"/>
          <w:b/>
          <w:color w:val="1F1F1F"/>
          <w:sz w:val="20"/>
        </w:rPr>
        <w:t xml:space="preserve"> nach </w:t>
      </w:r>
      <w:r>
        <w:rPr>
          <w:rFonts w:ascii="Arial" w:hAnsi="Arial"/>
          <w:b/>
          <w:color w:val="1F1F1F"/>
          <w:sz w:val="20"/>
          <w:shd w:val="clear" w:color="auto" w:fill="fff0a6"/>
        </w:rPr>
        <w:t>[Ziel]</w:t>
      </w:r>
      <w:r>
        <w:rPr>
          <w:rFonts w:ascii="Arial" w:hAnsi="Arial"/>
          <w:b/>
          <w:color w:val="1F1F1F"/>
          <w:sz w:val="20"/>
        </w:rPr>
        <w:t xml:space="preserve">, bitte bis </w:t>
      </w:r>
      <w:r>
        <w:rPr>
          <w:rFonts w:ascii="Arial" w:hAnsi="Arial"/>
          <w:b/>
          <w:color w:val="1F1F1F"/>
          <w:sz w:val="20"/>
          <w:shd w:val="clear" w:color="auto" w:fill="fff0a6"/>
        </w:rPr>
        <w:t>[Datum]</w:t>
      </w:r>
      <w:r>
        <w:rPr>
          <w:rFonts w:ascii="Arial" w:hAnsi="Arial"/>
          <w:b/>
          <w:color w:val="1F1F1F"/>
          <w:sz w:val="20"/>
        </w:rPr>
        <w:t xml:space="preserve"> zurückgeben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Name des Kindes: ______________________________   Klasse: ________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 xml:space="preserve">☐  Mein Kind nimmt an der Klassenfahrt nach </w:t>
      </w:r>
      <w:r>
        <w:rPr>
          <w:rFonts w:ascii="Arial" w:hAnsi="Arial"/>
          <w:b w:val="0"/>
          <w:color w:val="1F1F1F"/>
          <w:sz w:val="20"/>
          <w:shd w:val="clear" w:color="auto" w:fill="fff0a6"/>
        </w:rPr>
        <w:t>[Ziel]</w:t>
      </w:r>
      <w:r>
        <w:rPr>
          <w:rFonts w:ascii="Arial" w:hAnsi="Arial"/>
          <w:b w:val="0"/>
          <w:color w:val="1F1F1F"/>
          <w:sz w:val="20"/>
        </w:rPr>
        <w:t xml:space="preserve"> teil.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☐  Mein Kind nimmt nicht teil.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Telefon für Notfälle während der Fahrt: ______________________________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Datum, Unterschrift einer erziehungsberechtigten Person: ______________________________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684000" cy="19116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191162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color w:val="5F6368"/>
        <w:sz w:val="15"/>
      </w:rPr>
      <w:t xml:space="preserve">   Vorlage von edjufy.com, der Schulplattform mit digitalem Elternbrief: edjufy.com/de/funktionen/digitaler-elternbrief-versand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Elternbrief Klassenfahrt</dc:title>
  <dc:subject/>
  <dc:creator>edjufy.com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