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[Name der Schule]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[Klasse]</w:t>
      </w:r>
    </w:p>
    <w:p>
      <w:pPr>
        <w:spacing w:after="140"/>
      </w:pPr>
      <w:r>
        <w:rPr>
          <w:rFonts w:ascii="Arial" w:hAnsi="Arial"/>
          <w:b/>
          <w:color w:val="1F1F1F"/>
          <w:sz w:val="20"/>
        </w:rPr>
        <w:t>Rückmeldung zum Elternbrief „</w:t>
      </w:r>
      <w:r>
        <w:rPr>
          <w:rFonts w:ascii="Arial" w:hAnsi="Arial"/>
          <w:b/>
          <w:color w:val="1F1F1F"/>
          <w:sz w:val="20"/>
          <w:shd w:val="clear" w:color="auto" w:fill="fff0a6"/>
        </w:rPr>
        <w:t>[Titel]</w:t>
      </w:r>
      <w:r>
        <w:rPr>
          <w:rFonts w:ascii="Arial" w:hAnsi="Arial"/>
          <w:b/>
          <w:color w:val="1F1F1F"/>
          <w:sz w:val="20"/>
        </w:rPr>
        <w:t xml:space="preserve">“ vom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Bitte bis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0"/>
        </w:rPr>
        <w:t xml:space="preserve"> an die Klassenleitung zurückgeben.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Name des Kindes: ______________________________   Klasse: 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[Antwort 1]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[Antwort 2]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Datum, Unterschrift einer erziehungsberechtigten Person: ______________________________</w:t>
      </w:r>
    </w:p>
    <w:p>
      <w:pPr>
        <w:spacing w:after="1200"/>
      </w:pPr>
    </w:p>
    <w:p>
      <w:pPr>
        <w:spacing w:after="280"/>
        <w:pBdr>
          <w:bottom w:val="dashed" w:sz="6" w:space="4" w:color="9a9a9a"/>
        </w:pBdr>
      </w:pPr>
      <w:r>
        <w:rPr>
          <w:rFonts w:ascii="Arial" w:hAnsi="Arial"/>
          <w:b w:val="0"/>
          <w:color w:val="5F6368"/>
          <w:sz w:val="16"/>
        </w:rPr>
        <w:t>hier abtrennen</w:t>
      </w:r>
    </w:p>
    <w:p>
      <w:pPr>
        <w:spacing w:after="20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[Name der Schule]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[Klasse]</w:t>
      </w:r>
    </w:p>
    <w:p>
      <w:pPr>
        <w:spacing w:after="140"/>
      </w:pPr>
      <w:r>
        <w:rPr>
          <w:rFonts w:ascii="Arial" w:hAnsi="Arial"/>
          <w:b/>
          <w:color w:val="1F1F1F"/>
          <w:sz w:val="20"/>
        </w:rPr>
        <w:t>Rückmeldung zum Elternbrief „</w:t>
      </w:r>
      <w:r>
        <w:rPr>
          <w:rFonts w:ascii="Arial" w:hAnsi="Arial"/>
          <w:b/>
          <w:color w:val="1F1F1F"/>
          <w:sz w:val="20"/>
          <w:shd w:val="clear" w:color="auto" w:fill="fff0a6"/>
        </w:rPr>
        <w:t>[Titel]</w:t>
      </w:r>
      <w:r>
        <w:rPr>
          <w:rFonts w:ascii="Arial" w:hAnsi="Arial"/>
          <w:b/>
          <w:color w:val="1F1F1F"/>
          <w:sz w:val="20"/>
        </w:rPr>
        <w:t xml:space="preserve">“ vom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Bitte bis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0"/>
        </w:rPr>
        <w:t xml:space="preserve"> an die Klassenleitung zurückgeben.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Name des Kindes: ______________________________   Klasse: 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[Antwort 1]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[Antwort 2]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Datum, Unterschrift einer erziehungsberechtigten Person: 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84000" cy="1911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19116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color w:val="5F6368"/>
        <w:sz w:val="15"/>
      </w:rPr>
      <w:t xml:space="preserve">   Vorlage von edjufy.com, der Schulplattform mit digitalem Elternbrief: edjufy.com/de/funktionen/digitaler-elternbrief-versand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Rückmeldeabschnitt zum Elternbrief</dc:title>
  <dc:subject/>
  <dc:creator>edjufy.com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