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354" w:val="right"/>
        </w:tabs>
        <w:spacing w:after="0"/>
      </w:pPr>
      <w:r>
        <w:rPr>
          <w:rFonts w:ascii="Arial" w:hAnsi="Arial"/>
          <w:b/>
          <w:color w:val="1F1F1F"/>
          <w:sz w:val="26"/>
          <w:shd w:val="clear" w:color="auto" w:fill="fff0a6"/>
        </w:rPr>
        <w:t>[Name der Schule]</w:t>
      </w:r>
      <w:r>
        <w:rPr>
          <w:rFonts w:ascii="Arial" w:hAnsi="Arial"/>
          <w:b/>
          <w:color w:val="1F1F1F"/>
          <w:sz w:val="26"/>
        </w:rPr>
        <w:tab/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[Platz für das Schullogo]</w:t>
      </w:r>
    </w:p>
    <w:p>
      <w:pPr>
        <w:spacing w:after="0"/>
      </w:pPr>
      <w:r>
        <w:rPr>
          <w:rFonts w:ascii="Arial" w:hAnsi="Arial"/>
          <w:b w:val="0"/>
          <w:color w:val="1F1F1F"/>
          <w:sz w:val="18"/>
          <w:shd w:val="clear" w:color="auto" w:fill="fff0a6"/>
        </w:rPr>
        <w:t>[Straße und Hausnummer]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[PLZ Ort]</w:t>
      </w:r>
    </w:p>
    <w:p>
      <w:pPr>
        <w:spacing w:after="280"/>
        <w:pBdr>
          <w:bottom w:val="single" w:sz="12" w:space="4" w:color="338b24"/>
        </w:pBdr>
      </w:pPr>
      <w:r>
        <w:rPr>
          <w:rFonts w:ascii="Arial" w:hAnsi="Arial"/>
          <w:b w:val="0"/>
          <w:color w:val="5F6368"/>
          <w:sz w:val="18"/>
        </w:rPr>
        <w:t xml:space="preserve">Telefon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[Nummer]</w:t>
      </w:r>
      <w:r>
        <w:rPr>
          <w:rFonts w:ascii="Arial" w:hAnsi="Arial"/>
          <w:b w:val="0"/>
          <w:color w:val="5F6368"/>
          <w:sz w:val="18"/>
        </w:rPr>
        <w:t xml:space="preserve">, </w:t>
      </w:r>
      <w:r>
        <w:rPr>
          <w:rFonts w:ascii="Arial" w:hAnsi="Arial"/>
          <w:b w:val="0"/>
          <w:color w:val="1F1F1F"/>
          <w:sz w:val="18"/>
          <w:shd w:val="clear" w:color="auto" w:fill="fff0a6"/>
        </w:rPr>
        <w:t>[E-Mail-Adresse der Schule]</w:t>
      </w:r>
    </w:p>
    <w:p>
      <w:pPr>
        <w:spacing w:after="320"/>
        <w:jc w:val="right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[Ort]</w:t>
      </w:r>
      <w:r>
        <w:rPr>
          <w:rFonts w:ascii="Arial" w:hAnsi="Arial"/>
          <w:b w:val="0"/>
          <w:color w:val="1F1F1F"/>
          <w:sz w:val="21"/>
        </w:rPr>
        <w:t xml:space="preserve">,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</w:p>
    <w:p>
      <w:pPr>
        <w:spacing w:after="240"/>
      </w:pPr>
      <w:r>
        <w:rPr>
          <w:rFonts w:ascii="Arial" w:hAnsi="Arial"/>
          <w:b/>
          <w:color w:val="1F1F1F"/>
          <w:sz w:val="23"/>
        </w:rPr>
        <w:t xml:space="preserve">Betreff: Willkommen in der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3"/>
        </w:rPr>
        <w:t xml:space="preserve">, wichtige Informationen zum Schuljahr </w:t>
      </w:r>
      <w:r>
        <w:rPr>
          <w:rFonts w:ascii="Arial" w:hAnsi="Arial"/>
          <w:b/>
          <w:color w:val="1F1F1F"/>
          <w:sz w:val="23"/>
          <w:shd w:val="clear" w:color="auto" w:fill="fff0a6"/>
        </w:rPr>
        <w:t>[Jahr]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Liebe Eltern der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[Klasse]</w:t>
      </w:r>
      <w:r>
        <w:rPr>
          <w:rFonts w:ascii="Arial" w:hAnsi="Arial"/>
          <w:b w:val="0"/>
          <w:color w:val="1F1F1F"/>
          <w:sz w:val="21"/>
        </w:rPr>
        <w:t>,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ich freue mich auf das neue Schuljahr mit Ihren Kindern. Ich bin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 xml:space="preserve"> und unterrichte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[Fächer]</w:t>
      </w:r>
      <w:r>
        <w:rPr>
          <w:rFonts w:ascii="Arial" w:hAnsi="Arial"/>
          <w:b w:val="0"/>
          <w:color w:val="1F1F1F"/>
          <w:sz w:val="21"/>
        </w:rPr>
        <w:t xml:space="preserve">. Stellvertretende Klassenleitung ist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  <w:r>
        <w:rPr>
          <w:rFonts w:ascii="Arial" w:hAnsi="Arial"/>
          <w:b w:val="0"/>
          <w:color w:val="1F1F1F"/>
          <w:sz w:val="21"/>
        </w:rPr>
        <w:t>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So erreichen Sie mich: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[dienstliche E-Mail-Adresse oder Schulplattform]</w:t>
      </w:r>
      <w:r>
        <w:rPr>
          <w:rFonts w:ascii="Arial" w:hAnsi="Arial"/>
          <w:b w:val="0"/>
          <w:color w:val="1F1F1F"/>
          <w:sz w:val="21"/>
        </w:rPr>
        <w:t xml:space="preserve">, Sprechstunde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[Tag, Uhrzeit]</w:t>
      </w:r>
      <w:r>
        <w:rPr>
          <w:rFonts w:ascii="Arial" w:hAnsi="Arial"/>
          <w:b w:val="0"/>
          <w:color w:val="1F1F1F"/>
          <w:sz w:val="21"/>
        </w:rPr>
        <w:t xml:space="preserve"> nach Anmeldung.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Die ersten Termine: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: Elternabend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: Fototermin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: Wandertag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Die Materialliste finden Sie im Anhang. Bitte besorgen Sie die Hefte bis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Ist Ihr Kind krank, melden Sie es bitte bis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[Uhrzeit]</w:t>
      </w:r>
      <w:r>
        <w:rPr>
          <w:rFonts w:ascii="Arial" w:hAnsi="Arial"/>
          <w:b w:val="0"/>
          <w:color w:val="1F1F1F"/>
          <w:sz w:val="21"/>
        </w:rPr>
        <w:t xml:space="preserve"> über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[Weg]</w:t>
      </w:r>
      <w:r>
        <w:rPr>
          <w:rFonts w:ascii="Arial" w:hAnsi="Arial"/>
          <w:b w:val="0"/>
          <w:color w:val="1F1F1F"/>
          <w:sz w:val="21"/>
        </w:rPr>
        <w:t xml:space="preserve"> ab.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</w:rPr>
        <w:t xml:space="preserve">Bitte bestätigen Sie den Erhalt mit dem Abschnitt unten bis zum </w:t>
      </w:r>
      <w:r>
        <w:rPr>
          <w:rFonts w:ascii="Arial" w:hAnsi="Arial"/>
          <w:b w:val="0"/>
          <w:color w:val="1F1F1F"/>
          <w:sz w:val="21"/>
          <w:shd w:val="clear" w:color="auto" w:fill="fff0a6"/>
        </w:rPr>
        <w:t>[Datum]</w:t>
      </w:r>
      <w:r>
        <w:rPr>
          <w:rFonts w:ascii="Arial" w:hAnsi="Arial"/>
          <w:b w:val="0"/>
          <w:color w:val="1F1F1F"/>
          <w:sz w:val="21"/>
        </w:rPr>
        <w:t>.</w:t>
      </w:r>
    </w:p>
    <w:p>
      <w:pPr>
        <w:spacing w:after="0"/>
      </w:pPr>
      <w:r>
        <w:rPr>
          <w:rFonts w:ascii="Arial" w:hAnsi="Arial"/>
          <w:b w:val="0"/>
          <w:color w:val="1F1F1F"/>
          <w:sz w:val="21"/>
        </w:rPr>
        <w:t>Herzliche Grüße</w:t>
      </w:r>
    </w:p>
    <w:p>
      <w:pPr>
        <w:spacing w:after="160"/>
      </w:pPr>
      <w:r>
        <w:rPr>
          <w:rFonts w:ascii="Arial" w:hAnsi="Arial"/>
          <w:b w:val="0"/>
          <w:color w:val="1F1F1F"/>
          <w:sz w:val="21"/>
          <w:shd w:val="clear" w:color="auto" w:fill="fff0a6"/>
        </w:rPr>
        <w:t>[Name]</w:t>
      </w:r>
    </w:p>
    <w:p>
      <w:pPr>
        <w:spacing w:after="200"/>
        <w:pBdr>
          <w:bottom w:val="dashed" w:sz="6" w:space="4" w:color="9a9a9a"/>
        </w:pBdr>
      </w:pPr>
      <w:r>
        <w:rPr>
          <w:rFonts w:ascii="Arial" w:hAnsi="Arial"/>
          <w:b w:val="0"/>
          <w:color w:val="5F6368"/>
          <w:sz w:val="16"/>
        </w:rPr>
        <w:t>hier abtrennen</w:t>
      </w:r>
    </w:p>
    <w:p>
      <w:pPr>
        <w:spacing w:after="140"/>
      </w:pPr>
      <w:r>
        <w:rPr>
          <w:rFonts w:ascii="Arial" w:hAnsi="Arial"/>
          <w:b/>
          <w:color w:val="1F1F1F"/>
          <w:sz w:val="20"/>
        </w:rPr>
        <w:t xml:space="preserve">Elternbrief zum Schuljahresbeginn der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[Klasse]</w:t>
      </w:r>
      <w:r>
        <w:rPr>
          <w:rFonts w:ascii="Arial" w:hAnsi="Arial"/>
          <w:b/>
          <w:color w:val="1F1F1F"/>
          <w:sz w:val="20"/>
        </w:rPr>
        <w:t xml:space="preserve">, bitte bis </w:t>
      </w:r>
      <w:r>
        <w:rPr>
          <w:rFonts w:ascii="Arial" w:hAnsi="Arial"/>
          <w:b/>
          <w:color w:val="1F1F1F"/>
          <w:sz w:val="20"/>
          <w:shd w:val="clear" w:color="auto" w:fill="fff0a6"/>
        </w:rPr>
        <w:t>[Datum]</w:t>
      </w:r>
      <w:r>
        <w:rPr>
          <w:rFonts w:ascii="Arial" w:hAnsi="Arial"/>
          <w:b/>
          <w:color w:val="1F1F1F"/>
          <w:sz w:val="20"/>
        </w:rPr>
        <w:t xml:space="preserve"> zurückgeben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Name des Kindes: ______________________________   Klasse: ________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☐  Ich habe den Elternbrief zum Schuljahresbeginn erhalten.</w:t>
      </w:r>
    </w:p>
    <w:p>
      <w:pPr>
        <w:spacing w:after="140"/>
      </w:pPr>
      <w:r>
        <w:rPr>
          <w:rFonts w:ascii="Arial" w:hAnsi="Arial"/>
          <w:b w:val="0"/>
          <w:color w:val="1F1F1F"/>
          <w:sz w:val="20"/>
        </w:rPr>
        <w:t>Datum, Unterschrift: ______________________________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684000" cy="19116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19116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color w:val="5F6368"/>
        <w:sz w:val="15"/>
      </w:rPr>
      <w:t xml:space="preserve">   Vorlage von edjufy.com, der Schulplattform mit digitalem Elternbrief: edjufy.com/de/funktionen/digitaler-elternbrief-versand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Elternbrief zum Schuljahresbeginn</dc:title>
  <dc:subject/>
  <dc:creator>edjufy.com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