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354" w:val="right"/>
        </w:tabs>
        <w:spacing w:after="0"/>
      </w:pPr>
      <w:r>
        <w:rPr>
          <w:rFonts w:ascii="Arial" w:hAnsi="Arial"/>
          <w:b/>
          <w:color w:val="1F1F1F"/>
          <w:sz w:val="26"/>
          <w:shd w:val="clear" w:color="auto" w:fill="fff0a6"/>
        </w:rPr>
        <w:t>[Name der Schule]</w:t>
      </w:r>
      <w:r>
        <w:rPr>
          <w:rFonts w:ascii="Arial" w:hAnsi="Arial"/>
          <w:b/>
          <w:color w:val="1F1F1F"/>
          <w:sz w:val="26"/>
        </w:rPr>
        <w:tab/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[Platz für das Schullogo]</w:t>
      </w:r>
    </w:p>
    <w:p>
      <w:pPr>
        <w:spacing w:after="0"/>
      </w:pPr>
      <w:r>
        <w:rPr>
          <w:rFonts w:ascii="Arial" w:hAnsi="Arial"/>
          <w:b w:val="0"/>
          <w:color w:val="1F1F1F"/>
          <w:sz w:val="18"/>
          <w:shd w:val="clear" w:color="auto" w:fill="fff0a6"/>
        </w:rPr>
        <w:t>[Straße und Hausnummer]</w:t>
      </w:r>
      <w:r>
        <w:rPr>
          <w:rFonts w:ascii="Arial" w:hAnsi="Arial"/>
          <w:b w:val="0"/>
          <w:color w:val="5F6368"/>
          <w:sz w:val="18"/>
        </w:rPr>
        <w:t xml:space="preserve">, </w:t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[PLZ Ort]</w:t>
      </w:r>
    </w:p>
    <w:p>
      <w:pPr>
        <w:spacing w:after="280"/>
        <w:pBdr>
          <w:bottom w:val="single" w:sz="12" w:space="4" w:color="338b24"/>
        </w:pBdr>
      </w:pPr>
      <w:r>
        <w:rPr>
          <w:rFonts w:ascii="Arial" w:hAnsi="Arial"/>
          <w:b w:val="0"/>
          <w:color w:val="5F6368"/>
          <w:sz w:val="18"/>
        </w:rPr>
        <w:t xml:space="preserve">Telefon </w:t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[Nummer]</w:t>
      </w:r>
      <w:r>
        <w:rPr>
          <w:rFonts w:ascii="Arial" w:hAnsi="Arial"/>
          <w:b w:val="0"/>
          <w:color w:val="5F6368"/>
          <w:sz w:val="18"/>
        </w:rPr>
        <w:t xml:space="preserve">, </w:t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[E-Mail-Adresse der Schule]</w:t>
      </w:r>
    </w:p>
    <w:p>
      <w:pPr>
        <w:spacing w:after="320"/>
        <w:jc w:val="right"/>
      </w:pPr>
      <w:r>
        <w:rPr>
          <w:rFonts w:ascii="Arial" w:hAnsi="Arial"/>
          <w:b w:val="0"/>
          <w:color w:val="1F1F1F"/>
          <w:sz w:val="21"/>
          <w:shd w:val="clear" w:color="auto" w:fill="fff0a6"/>
        </w:rPr>
        <w:t>[Ort]</w:t>
      </w:r>
      <w:r>
        <w:rPr>
          <w:rFonts w:ascii="Arial" w:hAnsi="Arial"/>
          <w:b w:val="0"/>
          <w:color w:val="1F1F1F"/>
          <w:sz w:val="21"/>
        </w:rPr>
        <w:t xml:space="preserve">,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[Datum]</w:t>
      </w:r>
    </w:p>
    <w:p>
      <w:pPr>
        <w:spacing w:after="240"/>
      </w:pPr>
      <w:r>
        <w:rPr>
          <w:rFonts w:ascii="Arial" w:hAnsi="Arial"/>
          <w:b/>
          <w:color w:val="1F1F1F"/>
          <w:sz w:val="23"/>
        </w:rPr>
        <w:t xml:space="preserve">Betreff: Wandertag der </w:t>
      </w:r>
      <w:r>
        <w:rPr>
          <w:rFonts w:ascii="Arial" w:hAnsi="Arial"/>
          <w:b/>
          <w:color w:val="1F1F1F"/>
          <w:sz w:val="23"/>
          <w:shd w:val="clear" w:color="auto" w:fill="fff0a6"/>
        </w:rPr>
        <w:t>[Klasse]</w:t>
      </w:r>
      <w:r>
        <w:rPr>
          <w:rFonts w:ascii="Arial" w:hAnsi="Arial"/>
          <w:b/>
          <w:color w:val="1F1F1F"/>
          <w:sz w:val="23"/>
        </w:rPr>
        <w:t xml:space="preserve"> am </w:t>
      </w:r>
      <w:r>
        <w:rPr>
          <w:rFonts w:ascii="Arial" w:hAnsi="Arial"/>
          <w:b/>
          <w:color w:val="1F1F1F"/>
          <w:sz w:val="23"/>
          <w:shd w:val="clear" w:color="auto" w:fill="fff0a6"/>
        </w:rPr>
        <w:t>[Datum]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>Liebe Eltern,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 xml:space="preserve">am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[Datum]</w:t>
      </w:r>
      <w:r>
        <w:rPr>
          <w:rFonts w:ascii="Arial" w:hAnsi="Arial"/>
          <w:b w:val="0"/>
          <w:color w:val="1F1F1F"/>
          <w:sz w:val="21"/>
        </w:rPr>
        <w:t xml:space="preserve"> macht die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[Klasse]</w:t>
      </w:r>
      <w:r>
        <w:rPr>
          <w:rFonts w:ascii="Arial" w:hAnsi="Arial"/>
          <w:b w:val="0"/>
          <w:color w:val="1F1F1F"/>
          <w:sz w:val="21"/>
        </w:rPr>
        <w:t xml:space="preserve"> ihren Wandertag nach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[Ziel]</w:t>
      </w:r>
      <w:r>
        <w:rPr>
          <w:rFonts w:ascii="Arial" w:hAnsi="Arial"/>
          <w:b w:val="0"/>
          <w:color w:val="1F1F1F"/>
          <w:sz w:val="21"/>
        </w:rPr>
        <w:t xml:space="preserve">. Treffpunkt ist um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[Uhrzeit]</w:t>
      </w:r>
      <w:r>
        <w:rPr>
          <w:rFonts w:ascii="Arial" w:hAnsi="Arial"/>
          <w:b w:val="0"/>
          <w:color w:val="1F1F1F"/>
          <w:sz w:val="21"/>
        </w:rPr>
        <w:t xml:space="preserve">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[Ort]</w:t>
      </w:r>
      <w:r>
        <w:rPr>
          <w:rFonts w:ascii="Arial" w:hAnsi="Arial"/>
          <w:b w:val="0"/>
          <w:color w:val="1F1F1F"/>
          <w:sz w:val="21"/>
        </w:rPr>
        <w:t xml:space="preserve">. Wir sind gegen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[Uhrzeit]</w:t>
      </w:r>
      <w:r>
        <w:rPr>
          <w:rFonts w:ascii="Arial" w:hAnsi="Arial"/>
          <w:b w:val="0"/>
          <w:color w:val="1F1F1F"/>
          <w:sz w:val="21"/>
        </w:rPr>
        <w:t xml:space="preserve"> zurück an der Schule.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 xml:space="preserve">Bitte geben Sie Ihrem Kind mit: feste Schuhe, Regenjacke, Trinkflasche und Pausenbrot.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[Falls nötig: Fahrkarte oder Geld für den Eintritt, Betrag: ___ €.]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 xml:space="preserve">Fällt der Wandertag wegen Unwetter aus, findet Unterricht nach Plan statt. Sie erfahren das am Vorabend bis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[Uhrzeit]</w:t>
      </w:r>
      <w:r>
        <w:rPr>
          <w:rFonts w:ascii="Arial" w:hAnsi="Arial"/>
          <w:b w:val="0"/>
          <w:color w:val="1F1F1F"/>
          <w:sz w:val="21"/>
        </w:rPr>
        <w:t xml:space="preserve"> über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[Weg]</w:t>
      </w:r>
      <w:r>
        <w:rPr>
          <w:rFonts w:ascii="Arial" w:hAnsi="Arial"/>
          <w:b w:val="0"/>
          <w:color w:val="1F1F1F"/>
          <w:sz w:val="21"/>
        </w:rPr>
        <w:t>.</w:t>
      </w:r>
    </w:p>
    <w:p>
      <w:pPr>
        <w:spacing w:after="0"/>
      </w:pPr>
      <w:r>
        <w:rPr>
          <w:rFonts w:ascii="Arial" w:hAnsi="Arial"/>
          <w:b w:val="0"/>
          <w:color w:val="1F1F1F"/>
          <w:sz w:val="21"/>
        </w:rPr>
        <w:t>Viele Grüße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  <w:shd w:val="clear" w:color="auto" w:fill="fff0a6"/>
        </w:rPr>
        <w:t>[Name]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684000" cy="19116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" cy="191162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color w:val="5F6368"/>
        <w:sz w:val="15"/>
      </w:rPr>
      <w:t xml:space="preserve">   Vorlage von edjufy.com, der Schulplattform mit digitalem Elternbrief: edjufy.com/de/funktionen/digitaler-elternbrief-versand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Elternbrief Wandertag</dc:title>
  <dc:subject/>
  <dc:creator>edjufy.com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